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בעקבות השיר מכתב למורה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נושאי שיח מרכזיים הקשורים למורים, לחברות ולמשפחה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ביטוי רגשי ואישי בעקבות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סוגי שאלות שיח שונות (אישי, בית ספרי, לשוני, יצירתי)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על מורים ומבוגרים משמעותיים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20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השיתוף תמיד רשות ולא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אחת הקטגוריות שהוצגו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גרסאות לכל הגילאים מיסודי ועד תיכון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משמעותיים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מבט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קשרים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(מחשבה על מבוגר שעזר בתקופה 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(שיח על כיתה וחברים)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(עיסוק בביטויים ובמילים מיוחדות)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(מחשבה על עתיד ושינוי אישי)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מחשבה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מבוגר ותרומתו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פתוחה, מכבדת ומעוררת מחשבה בנושא הנדרש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הקשורה למורים, חברות או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שתיים מתוך ארבע הקטגוריות שהוצגו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לתחושת הערכה ותמיכה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בדף כהכנה לפני שימוש בקלפי השיח בפועל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זמן אישי לפני שיתוף בקבוצה כדי לכבד את הרצון של תלמידים שלא לשתף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להרחיב את חלק הכתיבה היצירתית לכרטיס שיח אמיתי שיתווסף לדיון הכיתתי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בעקבות השיר מכתב למורה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השיר מכתב למורה מעורר מחשבה על מורים ומבוגרים משמעותיים, על חברות ועל משפחה. דף זה מתרגל את נושאי קלפי השיח שבעקבותיו.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קשרים  ·  משמעותיים  ·  מבט אישי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על מי בעיקר מדבר השיר מכתב למורה?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על מורים ומבוגרים משמעותיים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 חיות 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 טיולים בחוץ לארץ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קלפי שיח יש בערכה שתוארה?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השיתוף בקלפי השיח הוא חובה ולא רשות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אחת הקטגוריות עוסקת בעולם בית הספר, חברה וקשרים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הקלפים מיועדים רק לתלמידי תיכון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השיר מכתב למורה עוסק במורים ובמבוגרים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אחת הקטגוריות עוסקת ב__________ ובהערכה אנושית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קטגוריה נוספת עוסקת בעולם בית הספר, חברה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מבט אישי והערכה אנושית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מחשבה על עתיד ושינוי אישי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עולם בית הספר, חברה וקשרים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עיסוק בביטויים ובמילים מיוחדות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שפה, מטפורות ומשמעות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מחשבה על מבוגר שעזר בתקופה 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יצירה, חזון ושינוי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שיח על כיתה וחברים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מחשבה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על מבוגר אחד שהיה משמעותי עבורכם ומדוע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שאתם כותבים כרטיס שיח חדש לערכה - כתבו שאלה אחת מעניינת לדיון בכיתה על מורים או חברות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נושא מרכזי אחד בקלפי השיח?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מהן שתי קטגוריות של הקלפים?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שיח בעקבות השיר מכתב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