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בעקבות השיר מכתב למורה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נושאי שיח מרכזיים הקשורים למורים, לחברות ולמשפחה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ביטוי רגשי ואישי בעקבות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סוגי שאלות שיח שונות (אישי, בית ספרי, לשוני, יצירתי)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על מורים ומבוגרים משמעותיים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חברות, כיתה ומשפחה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שפה, מטפורות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יצירה, חזון ושינוי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השיתוף תמיד רשות ולא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אחת הקטגוריות שהוצגו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גרסאות לכל הגילאים מיסודי ועד 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הכרטיס הראשון שואל על מבוגר שהרגיש כמו מלאך בשר 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ארבע קטגוריות שונות של נושאים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משמעותיים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מבט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קשרים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מטפורות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חזון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(מחשבה על מבוגר שעזר בתקופה 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(שיח על כיתה וחברים)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(עיסוק בביטויים ובמילים מיוחדות)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(מחשבה על עתיד ושינוי אישי)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מחשבה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מבוגר ותרומתו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כמו כתיבת מכתב או שיחה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פתוחה, מכבדת ומעוררת מחשבה בנושא הנדרש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אישי עם פרט קונקרטי אחד לפחות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הקשורה למורים, חברות או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שתיים מתוך ארבע הקטגוריות שהוצגו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לתחושת הערכה ותמיכה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בדף כהכנה לפני שימוש בקלפי השיח בפועל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זמן אישי לפני שיתוף בקבוצה כדי לכבד את הרצון של תלמידים שלא לשתף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להרחיב את חלק הכתיבה היצירתית לכרטיס שיח אמיתי שיתווסף לדיון הכיתתי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בעקבות השיר מכתב למורה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השיר מדבר על מורה חשוב, על חברים ועל משפחה. בדף הזה נתרגל שאלות על הנושאים האלה.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מבוגר משמעותי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גדול שעוזר ותומך בילד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הערכה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להגיד תודה ולראות את הטוב באדם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ביטוי שמשווה בין שני דברים שונים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חזון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 של עתיד טוב שרוצים להגיע אליו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יחסים בין אנשים, כמו חברות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ודיבור משותף על נושא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הכרת תודה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להגיד תודה על משהו טוב שקיבלנו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הדמות המרכזית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מורים ומבוגרים משמעותיים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חיות 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טיולים בחוץ לארץ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משחקי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קלפים בערכה?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נושאים נוספים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חברות, כיתה ומשפחה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ספורט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בישול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טכנולוגיה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לקטגוריה על מילים ומשמעות?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יצירה וחזון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שפה, מטפורות ומשמעות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עולם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מבט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באיזו קטגוריה הכי הרבה קלפים?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יצירה, חזון ושינוי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שפה ומטפורות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מבט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ספר וחברה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השיתוף בקלפי השיח הוא חובה ולא רשות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אחת הקטגוריות עוסקת בעולם בית הספר, חברה וקשרים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הקלפים מיועדים רק לתלמידי תיכון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השיח הראשון עוסק בזיכרון של מבוגר שעזר בתקופה קשה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הקלפים עוסקים רק בנושא אחד יחיד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השיר מכתב למורה עוסק במורים ובמבוגרים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אחת הקטגוריות עוסקת ב__________ ובהערכה אנושית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קטגוריה נוספת עוסקת בעולם בית הספר, חברה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שימוש בביטויים מיוחדים נקרא גם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קטגוריית היצירה עוסקת גם ב__________ ובשינוי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מבט אישי והערכה אנושית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עיסוק בביטויים ובמילים מיוחדות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עולם בית הספר, חברה וקשרים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מחשבה על עתיד ושינוי אישי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שפה, מטפורות ומשמעות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מחשבה על מבוגר שעזר בתקופה 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יצירה, חזון ושינוי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שיח על כיתה וחברים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מחשבה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על מבוגר אחד שהיה משמעותי עבורכם ומדוע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הדרך הטובה ביותר להודות למורה על עזרתו?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כותבים כרטיס שיח חדש לערכה - כתבו שאלה אחת מעניינת לדיון בכיתה על מורים או חברות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פסקה קצרה שבה אתם מתארים רגע מיוחד עם מורה שהשפיע עליכם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נושא מרכזי אחד בקלפי השיח?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שתי קטגוריות של הקלפים?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להודות למבוגרים משמעותיים?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שיח בעקבות השיר מכתב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