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בעקבות השיר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 שיח מרכזיים הקשורים למורים, לחברות ולמשפחה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רגשי ואישי בעקבות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שאלות שיח שונות (אישי, בית ספרי, לשוני, יצירתי)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מורים ומבוגרים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חברות, כיתה ומשפחה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שפה, מטפורות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יצירה, חזון ושינוי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השיתוף תמיד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הקטגוריות שהוצגו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גרסאות לכל הגילאים מיסודי ועד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הכרטיס הראשון שואל על מבוגר שהרגיש כמו מלאך בשר 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ארבע קטגוריות שונות של נושאים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(מחשבה על מבוגר שעזר בתקופה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 על כיתה וחברים)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(עיסוק בביטויים ובמילים מיוחדות)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(מחשבה על עתיד ושינוי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מבוגר ותרומתו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כמו כתיבת מכתב או שיחה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פתוחה, מכבדת ומעוררת מחשבה בנושא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עם פרט קונקרטי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למורים, חברות או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שתיים מתוך ארבע הקטגוריות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לתחושת הערכה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לפני שימוש בקלפי השיח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לפני שיתוף בקבוצה כדי לכבד את הרצון של תלמידים שלא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חלק הכתיבה היצירתית לכרטיס שיח אמיתי שיתווסף לדיון הכיתתי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בעקבות השיר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מכתב למורה מעורר מחשבה על מורים ומבוגרים משמעותיים, על חברות ועל משפחה. דף זה מתרגל את נושאי קלפי השיח שבעקבותיו.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מי בעיקר מדבר השיר מכתב למורה?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מורים ומבוגרים משמעותיים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חיות 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טיולים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 שיח יש בערכה שתוארה?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נושאים נוספים מופיעים בקלפי השיח חוץ ממורים?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חברות, כיתה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קטגוריית הקלפים העוסקת בביטויים ובמשמעות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 וחזון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שפה, מטפורות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קטגוריית הקלפים הגדולה ביותר במספר כרטיסים עוסקת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יצירה, חזון ושינוי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ומטפורות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וחברה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בקלפי השיח הוא חובה ולא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עוסקת בעולם בית הספר, חברה וקשרים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הקלפים מיועדים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השיח הראשון עוסק בזיכרון של מבוגר שעזר בתקופה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בנושא אחד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מכתב למורה עוסק במורים ובמבוגרים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הקטגוריות עוסקת ב__________ ובהערכה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קטגוריה נוספת עוסקת בעולם בית הספר, חברה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שימוש בביטויים מיוחדים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קטגוריית היצירה עוסקת גם ב__________ ובשינוי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עיסוק בביטויים ובמילים מיוחדות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על מבוגר שעזר בתקופה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מחשבה על עתיד ושינוי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 על כיתה וחברים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מבוגר אחד שהיה משמעותי עבורכם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הדרך הטובה ביותר להודות למורה על עזרתו?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כרטיס שיח חדש לערכה - כתבו שאלה אחת מעניינת לדיון בכיתה על מורים או חברות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שבה אתם מתארים רגע מיוחד עם מורה שהשפיע עליכם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נושא מרכזי אחד בקלפי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קטגוריות של הקלפים?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להודות למבוגרים משמעותיים?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בעקבות השיר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